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Telecommunications Engineer</w:t>
      </w:r>
    </w:p>
    <w:p>
      <w:pPr>
        <w:spacing w:before="0" w:after="240"/>
      </w:pPr>
      <w:r>
        <w:t>I am writing to apply for the Telecommunications Engineer position at [Company Name]. My background spans network design, installation and fault diagnosis across mobile, broadband and enterprise systems, which lines up closely with the technical demands of this role.</w:t>
      </w:r>
    </w:p>
    <w:p>
      <w:pPr>
        <w:spacing w:before="0" w:after="240"/>
      </w:pPr>
      <w:r>
        <w:t>In a recent project, I used AutoCAD and MATLAB Simulink to model a network upgrade before rollout, then worked alongside field teams to install and configure equipment at both exchange and customer sites. When faults turned up during testing, I used protocol analysers and optical power metres to isolate the cause and get the link back within the agreed service window, then documented the fix for the operations team to pick up.</w:t>
      </w:r>
    </w:p>
    <w:p>
      <w:pPr>
        <w:spacing w:before="0" w:after="240"/>
      </w:pPr>
      <w:r>
        <w:t>[Company Name] stood out to me because [add one genuine, specific reason: a project, value, or market position you can point to]. I want to bring my design and fault-diagnosis experience to a team working on problems at that scale.</w:t>
      </w:r>
    </w:p>
    <w:p>
      <w:pPr>
        <w:spacing w:before="0" w:after="240"/>
      </w:pPr>
      <w:r>
        <w:t>Thank you for considering my application. I have attached my resume, which sets out my technical background and project experience in more detail, and I would welcome the chance to discuss how I could contribute to your network engineering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