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Tender Writer</w:t>
      </w:r>
    </w:p>
    <w:p>
      <w:pPr>
        <w:spacing w:before="0" w:after="240"/>
      </w:pPr>
      <w:r>
        <w:t>I am writing to apply for the Tender Writer role at [Company Name]. With a strong background in bid coordination and technical writing, I am confident I can help your team produce submissions that meet every evaluation criterion and win work.</w:t>
      </w:r>
    </w:p>
    <w:p>
      <w:pPr>
        <w:spacing w:before="0" w:after="240"/>
      </w:pPr>
      <w:r>
        <w:t>In my current role, I coordinate input from engineers, finance and legal staff to draft compliant responses for government and construction tenders. On a recent [type of tender] submission, I mapped each question to the client's evaluation criteria and rewrote the technical capability section so that subject matter experts' answers directly addressed the scoring rubric. The bid was shortlisted and we won the contract. I also maintain our tender library, which has reduced drafting time for common questions by [X]%.</w:t>
      </w:r>
    </w:p>
    <w:p>
      <w:pPr>
        <w:spacing w:before="0" w:after="240"/>
      </w:pPr>
      <w:r>
        <w:t>I am particularly interested in working for [Company Name] because [add one genuine, specific reason: a project, value, or market position you can point to]. I want to contribute to a team that takes compliance and quality seriously, and I see that reflected in your recent work.</w:t>
      </w:r>
    </w:p>
    <w:p>
      <w:pPr>
        <w:spacing w:before="0" w:after="240"/>
      </w:pPr>
      <w:r>
        <w:t>Thank you for considering my application. I have attached my resume for your review and would welcome the chance to discuss how my tender writing experience can support your bid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