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Territory Manager</w:t>
      </w:r>
    </w:p>
    <w:p>
      <w:pPr>
        <w:spacing w:before="0" w:after="240"/>
      </w:pPr>
      <w:r>
        <w:t>I am writing to apply for the Territory Manager role at [Company Name]. With experience growing sales across a defined patch and managing a mix of existing and new accounts, I am confident I can contribute to your team from day one.</w:t>
      </w:r>
    </w:p>
    <w:p>
      <w:pPr>
        <w:spacing w:before="0" w:after="240"/>
      </w:pPr>
      <w:r>
        <w:t>In my most recent role, I managed a call cycle of around 70 accounts across a wide territory. I introduced a simple account tiering system based on sales data and visit frequency, which helped me focus on the customers with the most potential. I grew sales in the territory by negotiating better ranging on core lines and following up consistently on quotes. I also logged every visit and competitor insight in the CRM, which improved the accuracy of my monthly forecasts.</w:t>
      </w:r>
    </w:p>
    <w:p>
      <w:pPr>
        <w:spacing w:before="0" w:after="240"/>
      </w:pPr>
      <w:r>
        <w:t>I am keen to work for [Company Name] because [add one genuine, specific reason: a project, value, or market position you can point to]. I want to bring my experience in call cycle planning and CRM discipline to a business that values long term customer relationships.</w:t>
      </w:r>
    </w:p>
    <w:p>
      <w:pPr>
        <w:spacing w:before="0" w:after="240"/>
      </w:pPr>
      <w:r>
        <w:t>Thank you for considering my application. I have attached my resume and would welcome the chance to discuss how my background fits your territory. I look forward to hearing from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