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Tow Truck Driver</w:t>
      </w:r>
    </w:p>
    <w:p>
      <w:pPr>
        <w:spacing w:before="0" w:after="240"/>
      </w:pPr>
      <w:r>
        <w:t>I am writing to apply for the Tow Truck Driver role at [Company Name]. With a current HR licence, a Tow Truck Driver Authority and hands-on experience in breakdown recovery, I can represent your business safely and professionally on the road.</w:t>
      </w:r>
    </w:p>
    <w:p>
      <w:pPr>
        <w:spacing w:before="0" w:after="240"/>
      </w:pPr>
      <w:r>
        <w:t>In my most recent driving role, I was called to a multi-vehicle incident on a wet highway. I assessed the scene, set up traffic control, and recovered a sedan from a guardrail using a hydraulic winch before loading it onto my tilt tray. The police and tow coordinator praised my calm approach, and I cleared the lane faster than expected, helping reduce congestion for other motorists.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contribute to a team that takes safety and customer care seriously.</w:t>
      </w:r>
    </w:p>
    <w:p>
      <w:pPr>
        <w:spacing w:before="0" w:after="240"/>
      </w:pPr>
      <w:r>
        <w:t>Thank you for considering my application. I have attached my resume and would welcome the chance to discuss how my recovery skills and licences can support your operations. I am available for an interview at your convenience.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