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Train Controller</w:t>
      </w:r>
    </w:p>
    <w:p>
      <w:pPr>
        <w:spacing w:before="0" w:after="240"/>
      </w:pPr>
      <w:r>
        <w:t>I am writing to apply for the Train Controller role at [Company Name]. With my experience in rail operations and a strong commitment to safety and punctuality, I am confident I can contribute to the safe and efficient movement of trains across your network.</w:t>
      </w:r>
    </w:p>
    <w:p>
      <w:pPr>
        <w:spacing w:before="0" w:after="240"/>
      </w:pPr>
      <w:r>
        <w:t>In my current role, I managed a peak-hour incident where a signal failure affected services across a busy corridor. I coordinated with drivers and signallers to implement a recovery plan, clearing the backlog within 25 minutes and keeping passengers informed through timely updates. This experience honed my ability to stay calm under pressure and make decisions that prioritise safety and service reliability.</w:t>
      </w:r>
    </w:p>
    <w:p>
      <w:pPr>
        <w:spacing w:before="0" w:after="240"/>
      </w:pPr>
      <w:r>
        <w:t>I am particularly drawn to [Company Name] because [add one genuine, specific reason: a project, value, or market position you can point to]. I am eager to bring my skills in operations management and regulatory compliance to your team.</w:t>
      </w:r>
    </w:p>
    <w:p>
      <w:pPr>
        <w:spacing w:before="0" w:after="240"/>
      </w:pPr>
      <w:r>
        <w:t>Thank you for considering my application. I have attached my resume for your review and look forward to the opportunity to discuss how I can contribute to your rail network.</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