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Tram Driver</w:t>
      </w:r>
    </w:p>
    <w:p>
      <w:pPr>
        <w:spacing w:before="0" w:after="240"/>
      </w:pPr>
      <w:r>
        <w:t>I am writing to apply for the Tram Driver role at [Company Name]. With experience operating light rail vehicles on fixed city routes and a strong focus on safety and customer service, I am confident I can contribute to reliable and punctual services.</w:t>
      </w:r>
    </w:p>
    <w:p>
      <w:pPr>
        <w:spacing w:before="0" w:after="240"/>
      </w:pPr>
      <w:r>
        <w:t>In my current position, I complete pre-departure checks on brakes, doors and safety equipment before every shift, and I report any defects promptly to depot. I have also managed disrupted services by following safeworking procedures, making clear passenger announcements and coordinating with network control via two-way radio. This helped keep passengers informed and reduced confusion during delays.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share your commitment to safe, accessible and efficient public transport, and I would welcome the chance to bring my skills to your team.</w:t>
      </w:r>
    </w:p>
    <w:p>
      <w:pPr>
        <w:spacing w:before="0" w:after="240"/>
      </w:pPr>
      <w:r>
        <w:t>Thank you for considering my application. My resume is attached, and I look forward to discussing how I can contribute to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