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Travel Agency Manager</w:t>
      </w:r>
    </w:p>
    <w:p>
      <w:pPr>
        <w:spacing w:before="0" w:after="240"/>
      </w:pPr>
      <w:r>
        <w:t>I am writing to apply for the Travel Agency Manager position at [Company Name]. With a background in travel operations and a track record of leading teams to deliver seamless client experiences, I am confident I can contribute to your agency's success.</w:t>
      </w:r>
    </w:p>
    <w:p>
      <w:pPr>
        <w:spacing w:before="0" w:after="240"/>
      </w:pPr>
      <w:r>
        <w:t>In my current role, I manage a team of 12 consultants and oversee daily operations for a busy leisure and corporate travel desk. I introduced a new supplier negotiation process that secured better rates with airlines and hotels, which allowed us to pass on savings to clients and improve our repeat booking rate. I also streamlined the rostering system to cover peak periods without overstaffing, reducing overtime costs and keeping service levels high.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the opportunity to discuss how my experience in travel agency management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