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Tribunal Member</w:t>
      </w:r>
    </w:p>
    <w:p>
      <w:pPr>
        <w:spacing w:before="0" w:after="240"/>
      </w:pPr>
      <w:r>
        <w:t>I am writing to express my interest in the Tribunal Member role at [Company Name]. With extensive experience in administrative law and tribunal decision-making, I am confident in my ability to preside over hearings impartially and draft clear, well-reasoned decisions.</w:t>
      </w:r>
    </w:p>
    <w:p>
      <w:pPr>
        <w:spacing w:before="0" w:after="240"/>
      </w:pPr>
      <w:r>
        <w:t>In my previous role as a Tribunal Member at a state tribunal, I heard a complex migration matter where the applicant was self-represented. I ensured procedural fairness by explaining the process, allowing additional time for submissions, and carefully reviewing all evidence. My written decision, which applied relevant legislation and precedent, was upheld on appeal, and the parties acknowledged the clarity of the reasoning. I also conducted directions hearings that reduced the average time from lodgement to hearing for my caseload from [X] weeks to [Y] weeks.</w:t>
      </w:r>
    </w:p>
    <w:p>
      <w:pPr>
        <w:spacing w:before="0" w:after="240"/>
      </w:pPr>
      <w:r>
        <w:t>I am drawn to [Company Name] because of [add one genuine, specific reason: a project, value, or market position you can point to]. I am keen to contribute to your tribunal's reputation for excellence and fairness.</w:t>
      </w:r>
    </w:p>
    <w:p>
      <w:pPr>
        <w:spacing w:before="0" w:after="240"/>
      </w:pPr>
      <w:r>
        <w:t>Thank you for considering my application. I have attached my resume for your review and would welcome the opportunity to discuss how my experience aligns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