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Truck Driver</w:t>
      </w:r>
    </w:p>
    <w:p>
      <w:pPr>
        <w:spacing w:before="0" w:after="240"/>
      </w:pPr>
      <w:r>
        <w:t>I am writing to apply for the Truck Driver position at [Company Name]. I hold a current heavy vehicle licence and have run interstate and regional routes for several years, and I understand the discipline this role demands around fatigue management, load security and deadline pressure.</w:t>
      </w:r>
    </w:p>
    <w:p>
      <w:pPr>
        <w:spacing w:before="0" w:after="240"/>
      </w:pPr>
      <w:r>
        <w:t>In my current role I plan routes around road conditions and delivery windows, run pre-trip inspections on tractor and trailer combinations, and keep electronic logbook entries accurate under Heavy Vehicle National Law. On one multi-day run I identified a trailer brake issue during a pre-trip check, arranged repairs before departure and avoided a roadside breakdown that would have delayed several customer deliveries.</w:t>
      </w:r>
    </w:p>
    <w:p>
      <w:pPr>
        <w:spacing w:before="0" w:after="240"/>
      </w:pPr>
      <w:r>
        <w:t>[add one genuine, specific reason: a project, value, or market position you can point to] makes this a role I want at [Company Name] specifically, rather than any transport operator advertising a driving vacancy.</w:t>
      </w:r>
    </w:p>
    <w:p>
      <w:pPr>
        <w:spacing w:before="0" w:after="240"/>
      </w:pPr>
      <w:r>
        <w:t>Thank you for considering my application. I have attached my resume, which sets out my licence history, route experience and safety record in more detail, and I would welcome the chance to discuss how I can contribute to your fleet.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