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Underground Services Locator</w:t>
      </w:r>
    </w:p>
    <w:p>
      <w:pPr>
        <w:spacing w:before="0" w:after="240"/>
      </w:pPr>
      <w:r>
        <w:t>I am writing to apply for the Underground Services Locator position at [Company Name]. With hands-on experience reading Before You Dig Australia plans and operating electromagnetic locators and ground penetrating radar, I am confident I can help your team locate buried services accurately and keep excavation works safe.</w:t>
      </w:r>
    </w:p>
    <w:p>
      <w:pPr>
        <w:spacing w:before="0" w:after="240"/>
      </w:pPr>
      <w:r>
        <w:t>In my current role, I located and marked a complex network of water, gas and telecommunications lines across a busy civil site. By cross-checking BYDA plans against on-site detection results, I identified a previously unrecorded fibre optic cable that was not on the drawings. I adjusted the markings and alerted the site supervisor, which prevented a strike during trenching and avoided a costly outage for nearby residents. I also used ground penetrating radar to verify the depth of a gas main before the excavator began work, giving the crew clear dig boundaries.</w:t>
      </w:r>
    </w:p>
    <w:p>
      <w:pPr>
        <w:spacing w:before="0" w:after="240"/>
      </w:pPr>
      <w:r>
        <w:t>I would like to work for [Company Name] because [add one genuine, specific reason: a project, value, or market position you can point to]. I am looking for a role where I can apply my skills to projects that prioritise safety and accuracy, and I believe your company's commitment to quality would be a good fit.</w:t>
      </w:r>
    </w:p>
    <w:p>
      <w:pPr>
        <w:spacing w:before="0" w:after="240"/>
      </w:pPr>
      <w:r>
        <w:t>Thank you for considering my application. My resume is attached, and I would welcome the opportunity to discuss how my experience in service locating can benefit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