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Urban Designer</w:t>
      </w:r>
    </w:p>
    <w:p>
      <w:pPr>
        <w:spacing w:before="0" w:after="240"/>
      </w:pPr>
      <w:r>
        <w:t>I am writing to apply for the Urban Designer position at [Company Name]. With a background in precinct-scale masterplanning and development assessment, I am confident I can contribute to your team's work shaping how towns and cities look and function.</w:t>
      </w:r>
    </w:p>
    <w:p>
      <w:pPr>
        <w:spacing w:before="0" w:after="240"/>
      </w:pPr>
      <w:r>
        <w:t>In my current role, I prepare urban design frameworks and structure plans for mixed-use precincts. I recently led the masterplanning for a town centre revitalisation, coordinating with council, developers and community groups. By running early stakeholder workshops and adjusting the design in response to feedback, we secured support for the final plan and reduced the number of objections at the planning stage. I also assessed development applications against design guidelines, which helped streamline the assessment process and improved consistency of advice to applicants.</w:t>
      </w:r>
    </w:p>
    <w:p>
      <w:pPr>
        <w:spacing w:before="0" w:after="240"/>
      </w:pPr>
      <w:r>
        <w:t>I am particularly interested in [Company Name] because [add one genuine, specific reason: a project, value, or market position you can point to]. I am keen to bring my skills in urban design frameworks and stakeholder consultation to a team that values thoughtful, well-considered places.</w:t>
      </w:r>
    </w:p>
    <w:p>
      <w:pPr>
        <w:spacing w:before="0" w:after="240"/>
      </w:pPr>
      <w:r>
        <w:t>Thank you for considering my application. I have attached my resume and look forward to the opportunity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