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Urban Planner</w:t>
      </w:r>
    </w:p>
    <w:p>
      <w:pPr>
        <w:spacing w:before="0" w:after="240"/>
      </w:pPr>
      <w:r>
        <w:t>I am writing to apply for the Urban Planner position at [Company Name]. My background spans statutory assessment and strategic land-use planning, which matches the mix of policy work and development application review this role calls for.</w:t>
      </w:r>
    </w:p>
    <w:p>
      <w:pPr>
        <w:spacing w:before="0" w:after="240"/>
      </w:pPr>
      <w:r>
        <w:t>In a previous strategic planning project, I analysed population and land-use data to identify an infrastructure gap in a growth corridor, then drafted the zoning provisions that fed into council's updated planning scheme. I also ran the community consultation sessions for that proposal, translating resident feedback into amendments the council could defend at public exhibition. That mix of technical analysis and stakeholder negotiation is where I do my best work.</w:t>
      </w:r>
    </w:p>
    <w:p>
      <w:pPr>
        <w:spacing w:before="0" w:after="240"/>
      </w:pPr>
      <w:r>
        <w:t>[add one genuine, specific reason: a project, value, or market position you can point to] is part of why I want to work at [Company Name] specifically, rather than send a generic application to any planning employer.</w:t>
      </w:r>
    </w:p>
    <w:p>
      <w:pPr>
        <w:spacing w:before="0" w:after="240"/>
      </w:pPr>
      <w:r>
        <w:t>Thank you for considering my application. I have attached my resume with further detail on my planning and consultation experience, and I would welcome the chance to discuss how I could contribute to [Company Name]'s planning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