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Vehicle Accessories Fitter</w:t>
      </w:r>
    </w:p>
    <w:p>
      <w:pPr>
        <w:spacing w:before="0" w:after="240"/>
      </w:pPr>
      <w:r>
        <w:t>I am writing to apply for the Vehicle Accessories Fitter role at [Company Name]. With hands-on experience fitting aftermarket parts and a strong focus on safety and precision, I am confident I can contribute to your workshop team.</w:t>
      </w:r>
    </w:p>
    <w:p>
      <w:pPr>
        <w:spacing w:before="0" w:after="240"/>
      </w:pPr>
      <w:r>
        <w:t>In my current role, I install tow bars, bull bars and roof racks on a range of vehicles. I recently completed a fit-out of 15 four-wheel drives for a local council, including wiring reversing cameras and electric brake controllers. I worked through each vehicle methodically, checking torque settings and testing all electrical connections before handover. The fleet passed inspection without any rework, and the client requested me for their next batch.</w:t>
      </w:r>
    </w:p>
    <w:p>
      <w:pPr>
        <w:spacing w:before="0" w:after="240"/>
      </w:pPr>
      <w:r>
        <w:t>Why this employer: [add one genuine, specific reason: a project, value, or market position you can point to]</w:t>
      </w:r>
    </w:p>
    <w:p>
      <w:pPr>
        <w:spacing w:before="0" w:after="240"/>
      </w:pPr>
      <w:r>
        <w:t>Thank you for considering my application. I have attached my resume for your review and would welcome the opportunity to discuss how my skills can support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