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Vehicle Trimmer</w:t>
      </w:r>
    </w:p>
    <w:p>
      <w:pPr>
        <w:spacing w:before="0" w:after="240"/>
      </w:pPr>
      <w:r>
        <w:t>I am writing to apply for the Vehicle Trimmer position at [Company Name]. With a Certificate III in Automotive Vehicle Trimming and hands-on experience across new builds, repairs and custom interiors, I am confident I can contribute to your team from day one.</w:t>
      </w:r>
    </w:p>
    <w:p>
      <w:pPr>
        <w:spacing w:before="0" w:after="240"/>
      </w:pPr>
      <w:r>
        <w:t>In a previous role, I trimmed a fleet of commercial vans, sewing and fitting seat covers, headlinings and door trims to a consistent standard. I also reupholstered a set of classic car seats, matching the original stitching pattern and foam density to achieve a factory finish. This work required precise measuring, careful cutting and reliable sewing, and it reduced returns from customers.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would value the opportunity to bring my trimming skills to your team and support your standards of finish and durability.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needs.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