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Vending Machine Attendant</w:t>
      </w:r>
    </w:p>
    <w:p>
      <w:pPr>
        <w:spacing w:before="0" w:after="240"/>
      </w:pPr>
      <w:r>
        <w:t>I am writing to apply for the Vending Machine Attendant role at [Company Name]. With a reliable approach to route work and a focus on keeping machines clean, stocked and working, I am confident I can support your customers across multiple sites.</w:t>
      </w:r>
    </w:p>
    <w:p>
      <w:pPr>
        <w:spacing w:before="0" w:after="240"/>
      </w:pPr>
      <w:r>
        <w:t>In my previous role, I ran a daily vending route covering offices and a school. I restocked machines, collected and reconciled cash, and handled minor faults on site. By monitoring stock levels and adjusting my route order, I reduced the number of low-stock or empty machines reported by site managers, and I kept my cash reconciliation accurate. I also cleaned and sanitised machine interiors on a regular schedule, which helped maintain hygiene standards and passed site audits without issues.</w:t>
      </w:r>
    </w:p>
    <w:p>
      <w:pPr>
        <w:spacing w:before="0" w:after="240"/>
      </w:pPr>
      <w:r>
        <w:t>I am keen to work for [Company Name] because [add one genuine, specific reason: a project, value, or market position you can point to]. I appreciate employers who invest in reliable equipment and responsive service, and I would like to contribute to that reputation.</w:t>
      </w:r>
    </w:p>
    <w:p>
      <w:pPr>
        <w:spacing w:before="0" w:after="240"/>
      </w:pPr>
      <w:r>
        <w:t>Thank you for considering my application. My resume is attached, and I would welcome the chance to discuss how I can support your vending operations.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