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Venture Capitalist</w:t>
      </w:r>
    </w:p>
    <w:p>
      <w:pPr>
        <w:spacing w:before="0" w:after="240"/>
      </w:pPr>
      <w:r>
        <w:t>I am writing to express my interest in the Venture Capitalist role at [Company Name]. With a background in early-stage investment and a track record of backing founders in technology and growth sectors, I am confident I can contribute to your fund's portfolio and investment strategy.</w:t>
      </w:r>
    </w:p>
    <w:p>
      <w:pPr>
        <w:spacing w:before="0" w:after="240"/>
      </w:pPr>
      <w:r>
        <w:t>In my current role as an associate at a venture fund, I led the due diligence on a Series A investment in a local health-tech startup, building a financial model that stress-tested their revenue assumptions and identified a key regulatory risk ahead of the term sheet. The deal closed, and the company has since grown its customer base threefold and raised a follow-on round.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am keen to bring my experience in portfolio management and founder support to a team that shares my commitment to early-stage innovation.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align with your investment approach.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