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Veterinary Nurse</w:t>
      </w:r>
    </w:p>
    <w:p>
      <w:pPr>
        <w:spacing w:before="0" w:after="240"/>
      </w:pPr>
      <w:r>
        <w:t>I am writing to apply for the Veterinary Nurse position at [Company Name]. My clinical training and hands-on experience supporting surgical and diagnostic work make me well suited to the pace and responsibility of this role.</w:t>
      </w:r>
    </w:p>
    <w:p>
      <w:pPr>
        <w:spacing w:before="0" w:after="240"/>
      </w:pPr>
      <w:r>
        <w:t>In a recent placement, I managed post-operative monitoring for a full ward of recovering patients across a shift, catching an early sign of complication in one animal and alerting the vet in time to adjust treatment. I also ran client education sessions on vaccination and nutrition that noticeably improved owner follow-through on preventive care plans.</w:t>
      </w:r>
    </w:p>
    <w:p>
      <w:pPr>
        <w:spacing w:before="0" w:after="240"/>
      </w:pPr>
      <w:r>
        <w:t>I'm keen to bring this approach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