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Veterinary Technologist</w:t>
      </w:r>
    </w:p>
    <w:p>
      <w:pPr>
        <w:spacing w:before="0" w:after="240"/>
      </w:pPr>
      <w:r>
        <w:t>I am writing to apply for the Veterinary Technologist position at [Company Name]. My background combines day to day clinical work in a busy small animal practice with the laboratory and record keeping discipline that keeps a clinic running smoothly, and I would welcome the chance to bring both to your team.</w:t>
      </w:r>
    </w:p>
    <w:p>
      <w:pPr>
        <w:spacing w:before="0" w:after="240"/>
      </w:pPr>
      <w:r>
        <w:t>In my current role I took over anaesthesia monitoring for orthopaedic procedures after a run of cases where early changes in a patient were only noticed once surgery had finished. I built a monitoring sheet that travels with the animal from premedication through to recovery, with set intervals for blood pressure, heart rate, temperature and pain scoring. Delays in picking up changes became rare, the veterinarians adopted the same sheet for all day procedures, and new nurses now learn from it during their first month in theatre.</w:t>
      </w:r>
    </w:p>
    <w:p>
      <w:pPr>
        <w:spacing w:before="0" w:after="240"/>
      </w:pPr>
      <w:r>
        <w:t>I am drawn to [Company Name] because [add one genuine, specific reason: a project, value, or market position you can point to]. I want to work somewhere that treats careful technique as a standard rather than an extra, and I would value the chance to discuss how my experience in sampling, patient recovery and clinical documentation fits the way your practice operates.</w:t>
      </w:r>
    </w:p>
    <w:p>
      <w:pPr>
        <w:spacing w:before="0" w:after="240"/>
      </w:pPr>
      <w:r>
        <w:t>Thank you for considering my application. I have attached my resume and can provide referees on request, and I would be glad to talk through my experience at a time that suits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