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Vision Impairment Teacher</w:t>
      </w:r>
    </w:p>
    <w:p>
      <w:pPr>
        <w:spacing w:before="0" w:after="240"/>
      </w:pPr>
      <w:r>
        <w:t>I am writing to apply for the Vision Impairment Teacher position with [Company Name]. With a teaching degree and postgraduate training in vision impairment, I bring both classroom experience and specialist skills in Braille, assistive technology and inclusive curriculum design.</w:t>
      </w:r>
    </w:p>
    <w:p>
      <w:pPr>
        <w:spacing w:before="0" w:after="240"/>
      </w:pPr>
      <w:r>
        <w:t>In my current role, I supported a Year 6 student who was transitioning from print to braille. I assessed her functional vision, designed a sequenced braille program, and worked with her classroom teacher to adapt daily lessons into accessible digital and hard-copy formats. By the end of the year she was reading contracted braille at grade level and using a BrailleNote Touch independently for note-taking. I also ran lunchtime sessions for her education assistant so the support continued when I was not on site.</w:t>
      </w:r>
    </w:p>
    <w:p>
      <w:pPr>
        <w:spacing w:before="0" w:after="240"/>
      </w:pPr>
      <w:r>
        <w:t>I am drawn to [Company Name] because [add one genuine, specific reason: a project, value, or market position you can point to]. I am particularly interested in how your team supports students across different school settings, and I would welcome the chance to contribute to that work.</w:t>
      </w:r>
    </w:p>
    <w:p>
      <w:pPr>
        <w:spacing w:before="0" w:after="240"/>
      </w:pPr>
      <w:r>
        <w:t>Thank you for considering my application. My resume is attached, and I would be glad to discuss how my experience matches your needs.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