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Visitor Information Officer</w:t>
      </w:r>
    </w:p>
    <w:p>
      <w:pPr>
        <w:spacing w:before="0" w:after="240"/>
      </w:pPr>
      <w:r>
        <w:t>I am applying for the Visitor Information Officer role at [Company Name]. I have worked on the front line of visitor servicing, and I enjoy helping travellers turn a vague plan into a good day out while keeping the booking and sales side accurate.</w:t>
      </w:r>
    </w:p>
    <w:p>
      <w:pPr>
        <w:spacing w:before="0" w:after="240"/>
      </w:pPr>
      <w:r>
        <w:t>In my current role at a council visitor centre, I look after the counter and phone line on weekends and public holidays. When a coach group arrived with a changed itinerary and only an hour in town, I reorganised their bookings across two local attractions, printed a walking map with the stops in order, and rang the operators so they were expecting the group. The visitors made both tours, and the operators asked us to handle their future group bookings. I use Rezdy daily to take and amend bookings, and I keep the brochure displays and records up to date so the tourism team can see which attractions and events visitors ask about.</w:t>
      </w:r>
    </w:p>
    <w:p>
      <w:pPr>
        <w:spacing w:before="0" w:after="240"/>
      </w:pPr>
      <w:r>
        <w:t>I am keen to work with [Company Name] because [add one genuine, specific reason: a project, value, or market position you can point to]. I would like to bring my local knowledge, booking system experience and calm counter manner to your team, and I am happy to work across weekends and public holidays.</w:t>
      </w:r>
    </w:p>
    <w:p>
      <w:pPr>
        <w:spacing w:before="0" w:after="240"/>
      </w:pPr>
      <w:r>
        <w:t>Thank you for considering my application. My resume is attached, and I would welcome the chance to talk about how I can help visitors get the most from their time in the region and support [Company Name]'s tourism partners.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