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Waste Collector</w:t>
      </w:r>
    </w:p>
    <w:p>
      <w:pPr>
        <w:spacing w:before="0" w:after="240"/>
      </w:pPr>
      <w:r>
        <w:t>I am writing to apply for the Waste Collector position at [Company Name]. With a strong background in heavy vehicle operation and waste collection, I am confident I can contribute to your team's reliability and safety.</w:t>
      </w:r>
    </w:p>
    <w:p>
      <w:pPr>
        <w:spacing w:before="0" w:after="240"/>
      </w:pPr>
      <w:r>
        <w:t>In my current role, I operate a rear-loading compactor truck on a busy residential route. I have reduced missed pickups by carefully following route sheets and communicating with dispatch via two-way radio. I also perform daily pre-start checks and report any mechanical issues immediately, which has helped keep our fleet on the road.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 I share your commitment to sustainable waste management and community service.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