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Weight Loss Consultant</w:t>
      </w:r>
    </w:p>
    <w:p>
      <w:pPr>
        <w:spacing w:before="0" w:after="240"/>
      </w:pPr>
      <w:r>
        <w:t>I am writing to express my interest in the Weight Loss Consultant position at [Company Name]. With a strong background in health education and client coaching, I am confident in my ability to help your clients achieve their weight loss goals through personalised, sustainable plans.</w:t>
      </w:r>
    </w:p>
    <w:p>
      <w:pPr>
        <w:spacing w:before="0" w:after="240"/>
      </w:pPr>
      <w:r>
        <w:t>In my previous role, I worked with clients to develop tailored nutrition and exercise programs, providing ongoing support and motivation. One client who had struggled with yo-yo dieting for years finally achieved a healthy weight after we focused on behaviour change and realistic meal planning, and she has maintained that weight for over a year.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share your commitment to evidence-based, client-centred care and would be proud to contribute to your team.</w:t>
      </w:r>
    </w:p>
    <w:p>
      <w:pPr>
        <w:spacing w:before="0" w:after="240"/>
      </w:pPr>
      <w:r>
        <w:t>Thank you for considering my application. I have attached my resume and look forward to the opportunity to discuss how my skills and experience can benefit your clients.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