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Wholesaler</w:t>
      </w:r>
    </w:p>
    <w:p>
      <w:pPr>
        <w:spacing w:before="0" w:after="240"/>
      </w:pPr>
      <w:r>
        <w:t>I am writing to apply for the Wholesaler position at [Company Name]. With hands on experience in bulk purchasing, inventory control and supplier negotiation, I am confident I can help keep your supply chain moving and your retail customers stocked.</w:t>
      </w:r>
    </w:p>
    <w:p>
      <w:pPr>
        <w:spacing w:before="0" w:after="240"/>
      </w:pPr>
      <w:r>
        <w:t>In my current role, I buy stock from several manufacturers and manage a warehouse holding around 1,500 product lines. I introduced a simple reorder point system that cut urgent freight costs noticeably and reduced stockouts on the ten fastest moving items. I also renegotiated terms with two key suppliers, moving from monthly to fortnightly deliveries so we could hold less cash in inventory without running short.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drawn to your reputation in the wholesale trade and the way you support independent retailers.</w:t>
      </w:r>
    </w:p>
    <w:p>
      <w:pPr>
        <w:spacing w:before="0" w:after="240"/>
      </w:pPr>
      <w:r>
        <w:t>Thank you for considering my application. My resume is attached and I would welcome the chance to discuss how my buying and distribution experience can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