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Wind Turbine Technician</w:t>
      </w:r>
    </w:p>
    <w:p>
      <w:pPr>
        <w:spacing w:before="0" w:after="240"/>
      </w:pPr>
      <w:r>
        <w:t>I'm writing to apply for the Wind Turbine Technician role. My background in mechanical and electrical fault-finding, combined with working-at-heights certification, lines up directly with the maintenance and diagnostic work this position involves.</w:t>
      </w:r>
    </w:p>
    <w:p>
      <w:pPr>
        <w:spacing w:before="0" w:after="240"/>
      </w:pPr>
      <w:r>
        <w:t>In my current work I've carried out preventive maintenance on gearboxes, bearings and hydraulic systems, and diagnosed control system faults using multimeters and SCADA data rather than relying on guesswork. On one occasion a fault alert pointed to a pitch control issue with no obvious cause on inspection; methodical testing traced it to a sensor fault, and the turbine was back online the same shift with minimal downtime logged against the asset.</w:t>
      </w:r>
    </w:p>
    <w:p>
      <w:pPr>
        <w:spacing w:before="0" w:after="240"/>
      </w:pPr>
      <w:r>
        <w:t>[Company Name] stood out to me because [add one genuine, specific reason: a project, value, or market position you can point to]. I want to work somewhere that takes turbine reliability and technician safety seriously, and I'd welcome the chance to bring that focus to your maintenance team.</w:t>
      </w:r>
    </w:p>
    <w:p>
      <w:pPr>
        <w:spacing w:before="0" w:after="240"/>
      </w:pPr>
      <w:r>
        <w:t>Thank you for considering my application. I've attached my resume and would welcome the opportunity to discuss how my experience fits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