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Workforce Planner</w:t>
      </w:r>
    </w:p>
    <w:p>
      <w:pPr>
        <w:spacing w:before="0" w:after="240"/>
      </w:pPr>
      <w:r>
        <w:t>I'm writing to apply for the Workforce Planner role at [Company Name]. I bring a mix of analytical rigour and stakeholder-facing HR experience that suits a role sitting between strategic planning and operational delivery, and I'm comfortable being accountable to both finance and department leaders for the numbers I put forward.</w:t>
      </w:r>
    </w:p>
    <w:p>
      <w:pPr>
        <w:spacing w:before="0" w:after="240"/>
      </w:pPr>
      <w:r>
        <w:t>In my current planning work, I've built rolling headcount forecasts that combine historical demand data with projected growth, then translated those forecasts into scenario models department leaders could actually use in budget discussions. When one business unit flagged an unexpected spike in resignations, I re-ran the workforce model against the updated turnover figures and gave finance a revised recruitment timeline within the same reporting cycle, rather than waiting for the next quarterly review.</w:t>
      </w:r>
    </w:p>
    <w:p>
      <w:pPr>
        <w:spacing w:before="0" w:after="240"/>
      </w:pPr>
      <w:r>
        <w:t>[add one genuine, specific reason: a project, value, or market position you can point to] is what draws me to this role in particular. Workforce planning only holds up when it's grounded in the realities of the business it serves, and that's the standard I want to keep working to.</w:t>
      </w:r>
    </w:p>
    <w:p>
      <w:pPr>
        <w:spacing w:before="0" w:after="240"/>
      </w:pPr>
      <w:r>
        <w:t>Thank you for considering my application. I've attached my resume and would welcome the chance to talk through how I could support your workforce planning function.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