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Workplace Rehabilitation Consultant</w:t>
      </w:r>
    </w:p>
    <w:p>
      <w:pPr>
        <w:spacing w:before="0" w:after="240"/>
      </w:pPr>
      <w:r>
        <w:t>I am writing to apply for the Workplace Rehabilitation Consultant role at [Company Name]. With a background in injury management and return-to-work coordination, I am confident I can help your clients recover and return to meaningful work.</w:t>
      </w:r>
    </w:p>
    <w:p>
      <w:pPr>
        <w:spacing w:before="0" w:after="240"/>
      </w:pPr>
      <w:r>
        <w:t>In my current role, I manage a caseload of injured workers across a range of physical and psychological injuries. I recently coordinated a return-to-work plan for a worker with a back injury, working closely with the treating physiotherapist and the employer to identify suitable duties. By adjusting the plan as the worker's capacity improved, we achieved a return to full-time hours within the expected timeframe and the worker stayed with the same employer.</w:t>
      </w:r>
    </w:p>
    <w:p>
      <w:pPr>
        <w:spacing w:before="0" w:after="240"/>
      </w:pPr>
      <w:r>
        <w:t>I am particularly interested in working with [Company Name] because [add one genuine, specific reason: a project, value, or market position you can point to]. I am keen to contribute to your team and support your clients' rehabilitation goals.</w:t>
      </w:r>
    </w:p>
    <w:p>
      <w:pPr>
        <w:spacing w:before="0" w:after="240"/>
      </w:pPr>
      <w:r>
        <w:t>Thank you for considering my application. My resume is attached, and I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