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Youth Worker</w:t>
      </w:r>
    </w:p>
    <w:p>
      <w:pPr>
        <w:spacing w:before="0" w:after="240"/>
      </w:pPr>
      <w:r>
        <w:t>I'm writing to apply for the Youth Worker position at [Company Name]. My background in casework, mentoring and group facilitation with young people aged 10 to 24 matches the day-to-day demands of this role.</w:t>
      </w:r>
    </w:p>
    <w:p>
      <w:pPr>
        <w:spacing w:before="0" w:after="240"/>
      </w:pPr>
      <w:r>
        <w:t>In my most recent role I managed a caseload of young people dealing with family conflict and disengagement from school, running weekly one-on-one sessions alongside a structured group program on life skills and employment pathways. I tracked attendance and risk indicators through case notes, which let me flag early warning signs and adjust support plans before issues escalated. Several of the young people I worked with moved from disengagement back into part-time study or vocational training over the course of the program.</w:t>
      </w:r>
    </w:p>
    <w:p>
      <w:pPr>
        <w:spacing w:before="0" w:after="240"/>
      </w:pPr>
      <w:r>
        <w:t>[add one genuine, specific reason: a project, value, or market position you can point to]</w:t>
      </w:r>
    </w:p>
    <w:p>
      <w:pPr>
        <w:spacing w:before="0" w:after="240"/>
      </w:pPr>
      <w:r>
        <w:t>Thank you for considering my application. I've attached my resume with more detail on my case management experience and program facilitation work, and I'd welcome the chance to discuss how I can contribute to the team at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