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Zookeeper</w:t>
      </w:r>
    </w:p>
    <w:p>
      <w:pPr>
        <w:spacing w:before="0" w:after="240"/>
      </w:pPr>
      <w:r>
        <w:t>I'm writing to apply for the Zookeeper position at [Company Name]. My background in daily animal husbandry, health monitoring and visitor education matches the day-to-day demands of this role.</w:t>
      </w:r>
    </w:p>
    <w:p>
      <w:pPr>
        <w:spacing w:before="0" w:after="240"/>
      </w:pPr>
      <w:r>
        <w:t>In my most recent keeper role I managed the daily feeding and enrichment schedule for a mixed group of primates and birds, adjusting diets in response to veterinary feedback and tracking intake on health monitoring charts. When one animal showed early signs of appetite loss, my daily observation notes gave the vet team enough lead time to intervene before the condition progressed, which reinforced for me how much careful record-keeping matters in this work.</w:t>
      </w:r>
    </w:p>
    <w:p>
      <w:pPr>
        <w:spacing w:before="0" w:after="240"/>
      </w:pPr>
      <w:r>
        <w:t>[Company Name] [add one genuine, specific reason: a project, value, or market position you can point to], and that's the kind of environment I want to keep learning in.</w:t>
      </w:r>
    </w:p>
    <w:p>
      <w:pPr>
        <w:spacing w:before="0" w:after="240"/>
      </w:pPr>
      <w:r>
        <w:t>Thank you for considering my application. I've attached my resume and would welcome the chance to talk through how my experience with animal care and public education could fit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