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Zoologist</w:t>
      </w:r>
    </w:p>
    <w:p>
      <w:pPr>
        <w:spacing w:before="0" w:after="240"/>
      </w:pPr>
      <w:r>
        <w:t>I am applying for the Zoologist role at [Company Name]. My background combines field survey work with ecological data analysis, and the mix of monitoring, modelling and reporting in this position is the work I want to keep doing.</w:t>
      </w:r>
    </w:p>
    <w:p>
      <w:pPr>
        <w:spacing w:before="0" w:after="240"/>
      </w:pPr>
      <w:r>
        <w:t>In my most recent role I led a seasonal fauna monitoring program across a set of survey sites, coordinating camera trap deployment and live trapping under a scientific licence. The capture records came back messy and inconsistent between sites, so I rebuilt the data cleaning and analysis in R so that each season's results were directly comparable. That cut the turnaround on the annual monitoring report from about six weeks to under three, and gave the land managers a clear picture of how the population was tracking and where the pressure was coming from.</w:t>
      </w:r>
    </w:p>
    <w:p>
      <w:pPr>
        <w:spacing w:before="0" w:after="240"/>
      </w:pPr>
      <w:r>
        <w:t>Which employer I work for matters to me, and I would rather say so honestly than guess at a reason: [add one genuine, specific reason: a project, value, or market position you can point to]. That is the kind of work I want my research and reporting to support.</w:t>
      </w:r>
    </w:p>
    <w:p>
      <w:pPr>
        <w:spacing w:before="0" w:after="240"/>
      </w:pPr>
      <w:r>
        <w:t>Thank you for considering my application. I have attached my resume, which sets out my field, laboratory and analytical experience in more detail, and I would welcome the chance to talk about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